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5A78DD" w14:textId="77777777" w:rsidR="000C0B7E" w:rsidRDefault="00000000">
      <w:pPr>
        <w:pStyle w:val="Heading1"/>
      </w:pPr>
      <w:r>
        <w:t>Ti Tivi ELITE Career Roadmap – Full Aviation Pathway</w:t>
      </w:r>
    </w:p>
    <w:p w14:paraId="21DBA093" w14:textId="77777777" w:rsidR="000C0B7E" w:rsidRDefault="00000000">
      <w:r>
        <w:t>Name: Magdeline Mhlinga</w:t>
      </w:r>
    </w:p>
    <w:p w14:paraId="01ABE0F4" w14:textId="514E3BB0" w:rsidR="000C0B7E" w:rsidRDefault="00000000">
      <w:r>
        <w:t>Grade: Grade 1</w:t>
      </w:r>
      <w:r w:rsidR="00D84E0E">
        <w:t>2</w:t>
      </w:r>
    </w:p>
    <w:p w14:paraId="39E190EF" w14:textId="77777777" w:rsidR="000C0B7E" w:rsidRDefault="00000000">
      <w:r>
        <w:t>Top Holland Code: Enterprising (E)</w:t>
      </w:r>
    </w:p>
    <w:p w14:paraId="1D8205AF" w14:textId="77777777" w:rsidR="000C0B7E" w:rsidRDefault="00000000">
      <w:r>
        <w:t>Focus: Aviation, Cabin Crew, Travel &amp; Tourism Industry</w:t>
      </w:r>
    </w:p>
    <w:p w14:paraId="2020C16D" w14:textId="77777777" w:rsidR="000C0B7E" w:rsidRDefault="00000000">
      <w:pPr>
        <w:pStyle w:val="Heading2"/>
      </w:pPr>
      <w:r>
        <w:t>Your Aviation Journey Starts Here 🚀</w:t>
      </w:r>
    </w:p>
    <w:p w14:paraId="23A92494" w14:textId="77777777" w:rsidR="000C0B7E" w:rsidRDefault="00000000">
      <w:r>
        <w:t>With internationally recognized licenses, top-class instructors, and exclusive travel exposure, you are stepping into a world of opportunities. Below is your personal step-by-step roadmap:</w:t>
      </w:r>
    </w:p>
    <w:p w14:paraId="2AECFB2A" w14:textId="77777777" w:rsidR="000C0B7E" w:rsidRDefault="00000000">
      <w:pPr>
        <w:pStyle w:val="Heading2"/>
      </w:pPr>
      <w:r>
        <w:t>Phase 1: Get Ready for Takeoff (Now – 2025)</w:t>
      </w:r>
    </w:p>
    <w:p w14:paraId="606C32FA" w14:textId="77777777" w:rsidR="000C0B7E" w:rsidRDefault="00000000">
      <w:r>
        <w:t>- Complete Grade 12.</w:t>
      </w:r>
    </w:p>
    <w:p w14:paraId="31EC8DEB" w14:textId="77777777" w:rsidR="000C0B7E" w:rsidRDefault="00000000">
      <w:r>
        <w:t>- Improve English fluency and prepare for the SA-CAA English competency test.</w:t>
      </w:r>
    </w:p>
    <w:p w14:paraId="5B0D35D4" w14:textId="77777777" w:rsidR="000C0B7E" w:rsidRDefault="00000000">
      <w:r>
        <w:t>- Start saving towards aviation training (course fees range from R26,000 to R105,740).</w:t>
      </w:r>
    </w:p>
    <w:p w14:paraId="24D6EE78" w14:textId="77777777" w:rsidR="000C0B7E" w:rsidRDefault="00000000">
      <w:r>
        <w:t>- Stay in good health and be water-confident for survival assessments.</w:t>
      </w:r>
    </w:p>
    <w:p w14:paraId="64872D03" w14:textId="68CD2119" w:rsidR="000C0B7E" w:rsidRDefault="00000000">
      <w:pPr>
        <w:pStyle w:val="Heading2"/>
      </w:pPr>
      <w:r>
        <w:t>Phase 2: Cabin Crew Certification – Choose Your Path (202</w:t>
      </w:r>
      <w:r w:rsidR="00D84E0E">
        <w:t>6</w:t>
      </w:r>
      <w:r>
        <w:t>)</w:t>
      </w:r>
    </w:p>
    <w:p w14:paraId="30D6A781" w14:textId="77777777" w:rsidR="000C0B7E" w:rsidRDefault="00000000">
      <w:r>
        <w:t>Option 1: Basic Cabin Crew (8 Weeks) – R26,000</w:t>
      </w:r>
    </w:p>
    <w:p w14:paraId="35E4CA6B" w14:textId="77777777" w:rsidR="000C0B7E" w:rsidRDefault="00000000">
      <w:r>
        <w:t>• Monthly intakes.</w:t>
      </w:r>
    </w:p>
    <w:p w14:paraId="25363A72" w14:textId="77777777" w:rsidR="000C0B7E" w:rsidRDefault="00000000">
      <w:r>
        <w:t>• Learn aviation safety, emergency procedures, and flight preparation.</w:t>
      </w:r>
    </w:p>
    <w:p w14:paraId="2C6CFD82" w14:textId="77777777" w:rsidR="000C0B7E" w:rsidRDefault="00000000">
      <w:r>
        <w:t>• Career outcomes: Flight Attendant, In-flight Supervisor, Aviation Management.</w:t>
      </w:r>
    </w:p>
    <w:p w14:paraId="6C4632C0" w14:textId="77777777" w:rsidR="000C0B7E" w:rsidRDefault="00000000">
      <w:r>
        <w:t>Option 2: Advanced Cabin Crew (8 Months) – R38,710</w:t>
      </w:r>
    </w:p>
    <w:p w14:paraId="5C15D760" w14:textId="77777777" w:rsidR="000C0B7E" w:rsidRDefault="00000000">
      <w:r>
        <w:t>• In-depth training + essential ground services experience.</w:t>
      </w:r>
    </w:p>
    <w:p w14:paraId="4CF45FCE" w14:textId="77777777" w:rsidR="000C0B7E" w:rsidRDefault="00000000">
      <w:r>
        <w:t>• Career outcomes: Airline Operations, Crew Leadership, Ground Handling.</w:t>
      </w:r>
    </w:p>
    <w:p w14:paraId="560C4B2F" w14:textId="77777777" w:rsidR="000C0B7E" w:rsidRDefault="00000000">
      <w:pPr>
        <w:pStyle w:val="Heading2"/>
      </w:pPr>
      <w:r>
        <w:t>Phase 3: Boost with Special Experiences</w:t>
      </w:r>
    </w:p>
    <w:p w14:paraId="30AD32C0" w14:textId="77777777" w:rsidR="000C0B7E" w:rsidRDefault="00000000">
      <w:r>
        <w:t>- Survival Weekend in the Drakensberg (Practical Training)</w:t>
      </w:r>
    </w:p>
    <w:p w14:paraId="7F80C012" w14:textId="77777777" w:rsidR="000C0B7E" w:rsidRDefault="00000000">
      <w:r>
        <w:t>- Workplace Preparation Course: CVs, Interviews, Airline Exposure (Cemair)</w:t>
      </w:r>
    </w:p>
    <w:p w14:paraId="095567F5" w14:textId="77777777" w:rsidR="000C0B7E" w:rsidRDefault="00000000">
      <w:r>
        <w:t>- 5-Day Educational Tour (Air &amp; Sea Travel + Cape Town Sightseeing)</w:t>
      </w:r>
    </w:p>
    <w:p w14:paraId="2C81C765" w14:textId="399C2C45" w:rsidR="000C0B7E" w:rsidRDefault="00000000">
      <w:pPr>
        <w:pStyle w:val="Heading2"/>
      </w:pPr>
      <w:r>
        <w:lastRenderedPageBreak/>
        <w:t xml:space="preserve">Phase 4: Go Big with Travel Management </w:t>
      </w:r>
    </w:p>
    <w:p w14:paraId="09CB39AC" w14:textId="77777777" w:rsidR="000C0B7E" w:rsidRDefault="00000000">
      <w:r>
        <w:t>Travel Management Course – 1 Year – R105,740</w:t>
      </w:r>
    </w:p>
    <w:p w14:paraId="54703601" w14:textId="77777777" w:rsidR="000C0B7E" w:rsidRDefault="00000000">
      <w:r>
        <w:t>• Includes Harvard-endorsed 10 Management Certificates</w:t>
      </w:r>
    </w:p>
    <w:p w14:paraId="6FD498E1" w14:textId="77777777" w:rsidR="000C0B7E" w:rsidRDefault="00000000">
      <w:r>
        <w:t>• Includes Cabin Crew Air License + Travel &amp; Tourism Diploma</w:t>
      </w:r>
    </w:p>
    <w:p w14:paraId="49F9EBBF" w14:textId="77777777" w:rsidR="000C0B7E" w:rsidRDefault="00000000">
      <w:r>
        <w:t>• Opens up management jobs in local &amp; international tourism industry</w:t>
      </w:r>
    </w:p>
    <w:p w14:paraId="13D5C98B" w14:textId="77777777" w:rsidR="000C0B7E" w:rsidRDefault="00000000">
      <w:pPr>
        <w:pStyle w:val="Heading2"/>
      </w:pPr>
      <w:r>
        <w:t>Accommodation &amp; Campus Life</w:t>
      </w:r>
    </w:p>
    <w:p w14:paraId="0BA19418" w14:textId="77777777" w:rsidR="000C0B7E" w:rsidRDefault="00000000">
      <w:r>
        <w:t>- Shared accommodation (Self-catering or Catered)</w:t>
      </w:r>
    </w:p>
    <w:p w14:paraId="50BB11D8" w14:textId="77777777" w:rsidR="000C0B7E" w:rsidRDefault="00000000">
      <w:r>
        <w:t>- On-campus canteen with private chef</w:t>
      </w:r>
    </w:p>
    <w:p w14:paraId="33A85CFE" w14:textId="77777777" w:rsidR="000C0B7E" w:rsidRDefault="00000000">
      <w:r>
        <w:t>- Access to braai areas, Wi-Fi, study rooms, and laundry service</w:t>
      </w:r>
    </w:p>
    <w:p w14:paraId="5D0447BA" w14:textId="77777777" w:rsidR="000C0B7E" w:rsidRDefault="00000000">
      <w:pPr>
        <w:pStyle w:val="Heading2"/>
      </w:pPr>
      <w:r>
        <w:t>Main Courses Available</w:t>
      </w:r>
    </w:p>
    <w:p w14:paraId="0840810B" w14:textId="77777777" w:rsidR="000C0B7E" w:rsidRDefault="00000000">
      <w:r>
        <w:t>- Basic Cabin Crew</w:t>
      </w:r>
    </w:p>
    <w:p w14:paraId="2DA327A3" w14:textId="77777777" w:rsidR="000C0B7E" w:rsidRDefault="00000000">
      <w:r>
        <w:t>- Advanced Cabin Crew</w:t>
      </w:r>
    </w:p>
    <w:p w14:paraId="67346B3C" w14:textId="77777777" w:rsidR="000C0B7E" w:rsidRDefault="00000000">
      <w:r>
        <w:t>- Travel Management</w:t>
      </w:r>
    </w:p>
    <w:p w14:paraId="6102C086" w14:textId="77777777" w:rsidR="000C0B7E" w:rsidRDefault="00000000">
      <w:r>
        <w:t>- Travel &amp; Tourism Management</w:t>
      </w:r>
    </w:p>
    <w:p w14:paraId="41A0CBD1" w14:textId="77777777" w:rsidR="000C0B7E" w:rsidRDefault="00000000">
      <w:r>
        <w:t>- Plane Sailing</w:t>
      </w:r>
    </w:p>
    <w:p w14:paraId="50B7E36C" w14:textId="77777777" w:rsidR="000C0B7E" w:rsidRDefault="00000000">
      <w:r>
        <w:t>- UAS Drone Pilot</w:t>
      </w:r>
    </w:p>
    <w:p w14:paraId="399C7F8D" w14:textId="77777777" w:rsidR="000C0B7E" w:rsidRDefault="00000000">
      <w:pPr>
        <w:pStyle w:val="Heading2"/>
      </w:pPr>
      <w:r>
        <w:t>Application Requirements</w:t>
      </w:r>
    </w:p>
    <w:p w14:paraId="43D60B7B" w14:textId="77777777" w:rsidR="000C0B7E" w:rsidRDefault="00000000">
      <w:r>
        <w:t>- Grade 12 or equivalent</w:t>
      </w:r>
    </w:p>
    <w:p w14:paraId="05833D90" w14:textId="77777777" w:rsidR="000C0B7E" w:rsidRDefault="00000000">
      <w:r>
        <w:t>- English fluency (will be tested)</w:t>
      </w:r>
    </w:p>
    <w:p w14:paraId="16DD628E" w14:textId="77777777" w:rsidR="000C0B7E" w:rsidRDefault="00000000">
      <w:r>
        <w:t>- Age 18+ by final SA-CAA exam</w:t>
      </w:r>
    </w:p>
    <w:p w14:paraId="461A9FA0" w14:textId="77777777" w:rsidR="000C0B7E" w:rsidRDefault="00000000">
      <w:r>
        <w:t>- Physically fit and able to swim with life jacket</w:t>
      </w:r>
    </w:p>
    <w:sectPr w:rsidR="000C0B7E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298100418">
    <w:abstractNumId w:val="8"/>
  </w:num>
  <w:num w:numId="2" w16cid:durableId="2124155214">
    <w:abstractNumId w:val="6"/>
  </w:num>
  <w:num w:numId="3" w16cid:durableId="1785419877">
    <w:abstractNumId w:val="5"/>
  </w:num>
  <w:num w:numId="4" w16cid:durableId="1464273437">
    <w:abstractNumId w:val="4"/>
  </w:num>
  <w:num w:numId="5" w16cid:durableId="678969827">
    <w:abstractNumId w:val="7"/>
  </w:num>
  <w:num w:numId="6" w16cid:durableId="368846097">
    <w:abstractNumId w:val="3"/>
  </w:num>
  <w:num w:numId="7" w16cid:durableId="1703239470">
    <w:abstractNumId w:val="2"/>
  </w:num>
  <w:num w:numId="8" w16cid:durableId="1815104550">
    <w:abstractNumId w:val="1"/>
  </w:num>
  <w:num w:numId="9" w16cid:durableId="8534993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C0B7E"/>
    <w:rsid w:val="0015074B"/>
    <w:rsid w:val="0029639D"/>
    <w:rsid w:val="00326F90"/>
    <w:rsid w:val="0087394F"/>
    <w:rsid w:val="0090118B"/>
    <w:rsid w:val="00AA1D8D"/>
    <w:rsid w:val="00B47730"/>
    <w:rsid w:val="00CB0664"/>
    <w:rsid w:val="00D84E0E"/>
    <w:rsid w:val="00F24A3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5E980FCA"/>
  <w14:defaultImageDpi w14:val="300"/>
  <w15:docId w15:val="{3456367D-FF2D-4E97-B3EB-289567F4A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325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2175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Ndzhaka Favour Sambo</cp:lastModifiedBy>
  <cp:revision>2</cp:revision>
  <dcterms:created xsi:type="dcterms:W3CDTF">2025-08-04T17:30:00Z</dcterms:created>
  <dcterms:modified xsi:type="dcterms:W3CDTF">2025-08-04T17:30:00Z</dcterms:modified>
  <cp:category/>
</cp:coreProperties>
</file>